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נוהגים בראש צלול – זהירות בדרכים לנהגים צעירים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גורמי הסיכון המרכזיים אצל נהגים חדשים וצעירים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להתמודד עם לחץ חברתי, הסחות דעת ועייפות בנהיגה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מטרת תקופת הליווי בדרך לרישיון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חוסר ניסיון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תחושת מומחיות מוקדמת שמובילה להתרשלות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צפייה קדימה וזיהוי מוקדם של סכנות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מעלה את הסיכון לתאונה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נוסעים עשרות מטרים בלי לראות את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לעצור ולנוח או להחליף נהג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תחושת מומחיות מוקדמת מובילה לפעמים להתרשלות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גם דיבורית מסיחה חלק מתשומת הלב מהכביש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ההשפעה מתחילה לפני שמרגישים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רק זמן מוריד את רמת האלכוהול בדם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צפייה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נוהגים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מושגים והסברים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(תחושת מומחיות אחרי נהיגה חלקה שמובילה להתרשלות)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(תשומת לב שעוברת מהכביש למשהו אחר כמו טלפון)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(נהיגה עם מלווה מנוסה אחרי מבחן הרישיון)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(נהג בתחילת הדרך עם מגבלות מיוחדות)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(הזמן שלוקח לנהג להגיב לסכנה בכביש)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הדרך לרישיון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לימוד תאוריה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שיעורי נהיגה מעשיים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מבחן נהיגה מעשי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תקופת ליווי עם מלווה מנוסה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פיהוקים, עפעפיים כבדים, לא זוכרים את הקילומטרים האחרונים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חוסר ניסיון בזיהוי סכנות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לעצור ולנוח או להחליף 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נהיגה בתנאים שונים עם מלווה מנוסה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חוויות של תלמידים כנוסעים ברכב של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שהחוק המדויק (גיל, אחוז אלכוהול, משך ליווי) משתנה ולכן יש לבדוק מקור עדכני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שאלת האתגר מתאימה לעבודה בזוגות ולדיון כיתתי בסוף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נוהגים בראש צלול – זהירות בדרכים לנהגים צעירים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הדף עוסק בסיכונים הייחודיים לנהגים חדשים וצעירים – חוסר ניסיון, השפעת חברים, הסחות דעת, עייפות ואלכוהול – ובדרך הנכונה לרישיון דרך תקופת ליווי.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הסיבה העיקרית לכך שנהגים חדשים נמצאים בסיכון גבוה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חוסר ניסיון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רכב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גיל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'ביטחון יתר'?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תחושת מומחיות מוקדמת שמובילה להתרשלות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פחד מנהיגה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ביטוח 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מבחן נהיגה חוזר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עוזר יותר מכל לנהיגה בטוחה?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צפייה קדימה וזיהוי מוקדם של סכנות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נהיגה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מוזיקה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שיחה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ההשפעה של כמה חברים ברכב על נהג צעיר בלילה?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מעלה את הסיכון לתאונה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מורידה את הסיכון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השפעה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משפרת ראייה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כשמסתכלים שתי שניות בהודעה במהירות 90 קמ"ש?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נוסעים עשרות מטרים בלי לראות את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שום דבר לא קורה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המהירות יורדת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הרכב עוצר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הפתרון היחיד לעייפות בנהיגה?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לעצור ולנוח או להחליף 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לשתות קפה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לפתוח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להאזין למוזיקה חזקה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ביטחון יתר עלול להופיע אחרי כמה שבועות של נהיגה בלי תקלות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בדיבורית בזמן נהיגה לא מסיח כלל את תשומת הלב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אלכוהול פוגע בשיקול הדעת גם לפני שמרגישים שיכורים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קפה או מקלחת קרה מורידים את רמת האלכוהול בדם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נהיגה טובה מבוססת בעיקר על __________ 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התקופה שבה נוהגים רק עם מלווה מנוסה נקראת תקופת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משפט קצר כמו 'תאט רגע' שאומר נוסע יכול לשנות את כל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הכלל הפשוט לגבי אלכוהול ונהיגה הוא: שותים – לא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מושגים והסברים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ביטחון יתר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תשומת לב שעוברת מהכביש למשהו אחר כמו טלפון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הסחת דעת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נהיגה עם מלווה מנוסה אחרי מבחן הרישיון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תקופת ליווי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תחושת מומחיות אחרי נהיגה חלקה שמובילה להתרשלות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נהג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הזמן שלוקח לנהג להגיב לסכנה בכביש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זמן תגובה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נהג בתחילת הדרך עם מגבלות מיוחדות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הדרך לרישיון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שיעורי נהיגה מעשיים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תקופת ליווי עם מלווה מנוסה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לימוד תאוריה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מבחן נהיגה מעשי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סימני אזהרה לעייפות בנהיגה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הסיבה העיקרית לסיכון הגבוה אצל נהגים חדשים?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כשמרגישים עייפות בנהיגה?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מטרת תקופת הליווי?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נוהגים בראש צלול – זהירות בדרכים לנהגים צעירים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