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נוהגים בראש צלול – זהירות בדרכים לנהגים צעירים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גורמי הסיכון המרכזיים אצל נהגים חדשים וצעירים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להתמודד עם לחץ חברתי, הסחות דעת ועייפות בנהיגה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מטרת תקופת הליווי בדרך לרישיון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חוסר ניסיון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צפייה קדימה וזיהוי מוקדם של סכנות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מעלה את הסיכון לתאונה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תחושת מומחיות מוקדמת מובילה לפעמים להתרשלות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גם דיבורית מסיחה חלק מתשומת הלב מהכביש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צפייה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ליווי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מושגים והסברים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(תחושת מומחיות אחרי נהיגה חלקה שמובילה להתרשלות)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(תשומת לב שעוברת מהכביש למשהו אחר כמו טלפון)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(נהיגה עם מלווה מנוסה אחרי מבחן הרישיון)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(נהג בתחילת הדרך עם מגבלות מיוחדות)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הדרך לרישיון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לימוד תאוריה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שיעורי נהיגה מעשיים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מבחן נהיגה מעשי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תקופת ליווי עם מלווה מנוסה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פיהוקים, עפעפיים כבדים, לא זוכרים את הקילומטרים האחרונים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חוסר ניסיון בזיהוי סכנות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לעצור ולנוח או להחליף 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נהיגה בתנאים שונים עם מלווה מנוסה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חוויות של תלמידים כנוסעים ברכב של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שהחוק המדויק (גיל, אחוז אלכוהול, משך ליווי) משתנה ולכן יש לבדוק מקור עדכני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שאלת האתגר מתאימה לעבודה בזוגות ולדיון כיתתי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נוהגים בראש צלול – זהירות בדרכים לנהגים צעירים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הדף עוסק בסיכונים הייחודיים לנהגים חדשים וצעירים – חוסר ניסיון, השפעת חברים, הסחות דעת, עייפות ואלכוהול – ובדרך הנכונה לרישיון דרך תקופת ליווי.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ליווי  ·  צפייה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הסיבה העיקרית לכך שנהגים חדשים נמצאים בסיכון גבוה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חוסר ניסיון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רכב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עוזר יותר מכל לנהיגה בטוחה?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צפייה קדימה וזיהוי מוקדם של סכנות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נהיגה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מוזיקה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ההשפעה של כמה חברים ברכב על נהג צעיר בלילה?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מעלה את הסיכון לתאונה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מורידה את הסיכון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השפעה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ביטחון יתר עלול להופיע אחרי כמה שבועות של נהיגה בלי תקלות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דיבור בדיבורית בזמן נהיגה לא מסיח כלל את תשומת הלב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נהיגה טובה מבוססת בעיקר על __________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התקופה שבה נוהגים רק עם מלווה מנוסה נקראת תקופת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– מושגים והסברים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ביטחון יתר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נהיגה עם מלווה מנוסה אחרי מבחן הרישיון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הסחת דעת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נהג בתחילת הדרך עם מגבלות מיוחדות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תקופת ליווי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תחושת מומחיות אחרי נהיגה חלקה שמובילה להתרשלות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נהג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תשומת לב שעוברת מהכביש למשהו אחר כמו טלפון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– הדרך לרישיון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שיעורי נהיגה מעשיים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מבחן נהיגה מעשי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תקופת ליווי עם מלווה מנוסה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לימוד תאוריה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סימני אזהרה לעייפות בנהיגה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הסיבה העיקרית לסיכון הגבוה אצל נהגים חדשים?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כשמרגישים עייפות בנהיגה?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נוהגים בראש צלול – זהירות בדרכים לנהגים צעירים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